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sz w:val="24"/>
        </w:rPr>
        <w:t>February 27, 2026</w:t>
      </w:r>
    </w:p>
    <w:p/>
    <w:p>
      <w:r>
        <w:rPr>
          <w:sz w:val="24"/>
        </w:rPr>
        <w:t>Dear Officer,</w:t>
      </w:r>
    </w:p>
    <w:p>
      <w:r>
        <w:rPr>
          <w:sz w:val="24"/>
        </w:rPr>
        <w:t>My name is Xuewei Jiang. I am a lawful permanent resident living in Los Angeles working at University of California, Los Angeles (UCLA). I am writing to invite my father, Xianlu Jiang, and my mother, Fengqin Xue, to come to the United States to visit me and my husband. My parents are residents of Jinan, China and they are planning to visit from 05/01/2026 through 05/20/2026.</w:t>
      </w:r>
    </w:p>
    <w:p>
      <w:r>
        <w:rPr>
          <w:sz w:val="24"/>
        </w:rPr>
        <w:t>During their visit, my parents will be staying with me at 12421 Sanford St, Los Angeles, CA. Occasionally, my husband and I will take them on sightseeing tours around Los Angeles. We will be responsible for their accommodation, transportation, and other travel expenses.</w:t>
      </w:r>
    </w:p>
    <w:p>
      <w:r>
        <w:rPr>
          <w:sz w:val="24"/>
        </w:rPr>
        <w:t>Please do not hesitate to contact me if you have any questions or require further information.</w:t>
      </w:r>
    </w:p>
    <w:p>
      <w:r>
        <w:rPr>
          <w:sz w:val="24"/>
        </w:rPr>
        <w:t>Thank you for your consideration.</w:t>
      </w:r>
    </w:p>
    <w:p/>
    <w:p>
      <w:r>
        <w:rPr>
          <w:sz w:val="24"/>
        </w:rPr>
        <w:t>Sincerely,</w:t>
      </w:r>
    </w:p>
    <w:p>
      <w:r>
        <w:rPr>
          <w:sz w:val="24"/>
        </w:rPr>
        <w:t>Xuewei Jiang</w:t>
      </w:r>
    </w:p>
    <w:p>
      <w:r>
        <w:rPr>
          <w:sz w:val="24"/>
        </w:rPr>
        <w:t>Phone: 254-214-9350</w:t>
      </w:r>
    </w:p>
    <w:p>
      <w:r>
        <w:rPr>
          <w:sz w:val="24"/>
        </w:rPr>
        <w:t>Email: xueweijiang0313@gmail.com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